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מונחים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ולבדוק הבנה של מונחים מרכזיים בשירה, בשירת ימי הביניים, בסיפור הקצר ובדרמה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במונחים בהקשרים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לזיהוי מונחים בשאלות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מונחים -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השוואה בלי מילת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הקול המדבר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טור 1 מתחרז עם טור 3 וטור 2 עם טור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התאמה: שירת 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(שירה לאירועי החיים כמו יין ואהבה)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(שירה שעוסקת בקשר בין האדם לאל)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(שני חצאי השורה בשיר הספרדי)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(חרוז אחד שחוזר בסוף כל הבתים)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נכון: סיפור קצר ודרמה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מספר כל יודע אינו דמות, הוא עומד מחוץ לעלילה ויודע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תפקידה המרכזי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סיום פתוח משאיר שאלות לפרשנות הקורא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רמיזה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 כל יודע אינו דמות בעלילה ויודע הכול, ואילו מספר מעורב הוא דמות בעלילה ויודע רק את מה שראה, שמע או 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טעות או תכונה מוגזמת באופי הגיבור, שאינה רשעות, אשר מניעה את השתלשלות האסון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מונח קיים, הגדיר אותו נכון והביא דוגמה רלוונטית מיצירה שנלמדה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ברור בין דימוי (עם מילת השוואה) למטפורה (בלי)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מדויקת הכוללת טעות או תכונה מוגזמת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ותמציתי של מונח דרמטי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תחומי תוכן ולעבוד בקבוצות, כל קבוצה על תחום אחר (שירה, ימי הביניים, סיפור, דרמה)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יחד על ההגדרות המדויקות לפני המעבר למטלות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ניתן להסתפק בפריטים שאינם 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מונחים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מונחים חשובים מתחומי הספרות הנלמדים: שירה, שירת ימי הביניים, סיפור קצר ודרמה. הכרת המונחים חיונית לניתוח יצירות ולמענה מדויק בבחינה.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דובר  ·  רמיזה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מונחים - 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מטפורה?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השוואה עם מילת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השוואה בלי מילת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חזרה על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תפקיד הדובר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תמיד המשורר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הקול המדבר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הנמען של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חריזה מסורגת?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 טור מתחרז עם הטור שאחריו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טור 1 מתחרז עם טור 3 וטור 2 עם טור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הטורים מתחרזים זה עם 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התאמה: שירת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שירת 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שני חצאי השורה בשיר הספרדי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שירת קודש (פיוט)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שירה לאירועי החיים כמו יין ואהבה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דלת וסוגר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חרוז אחד שחוזר בסוף כל הבתים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חרוז מבריח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שירה שעוסקת בקשר בין האדם לאל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נכון: סיפור קצר ודרמה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 כל יודע הוא תמיד דמות בתוך העלילה.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אקספוזיציה מציגה את הרקע, הדמויות והזמן לפני שהעלילה מסתבכת.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סיום פתוח פותר את כל השאלות שהעלילה מעלה.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הקול המדבר בשיר, ואינו בהכרח המשורר עצמו.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היא התייחסות קצרה בשיר לטקסט, לדמות או לאירוע מוכרים.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ההבדל בין מספר כל יודע למספר מעורב?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חטא טרגי (המרטיה)?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מונח אחד מתוך הדף (למשל סמל, מוטיב, תפנית או אירוניה) והסבירו כיצד הוא יכול לבוא לידי ביטוי ביצירה שלמדתם, עם דוגמה מתאימה.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מטפורה, ובמה היא שונה מדימוי?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גיבור טרגי ומהו החטא הטרגי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מונחים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