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ולבדוק הבנה של מונחים מרכזיים בשירה, בשירת ימי הביניים, בסיפור הקצר ובדרמה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בהקשרים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לזיהוי מונחים בשאלות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הקול המדבר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טור 1 מתחרז עם טור 3 וטור 2 עם טור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טורים בעלי מבנה תחבירי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בדימוי יש מילת השוואה ובמטפורה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חזרה על מילה בתחילת טורים רצופים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שירת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(שירה לאירועי החיים כמו יין ואהבה)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(שירה שעוסקת בקשר בין האדם לאל)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(שני חצאי השורה בשיר הספרדי)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(חרוז אחד שחוזר בסוף כל הבתים)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 מילים בעלות צליל דומה ומשמעות 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נכון: סיפור קצר ודרמה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כל יודע אינו דמות, הוא עומד מחוץ לעלילה ויודע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תפקידה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סיום פתוח משאיר שאלות לפרשנות הקורא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הגיבור הטרגי אינו רע, אלא טועה או בעל תכונה מוגזמת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שיחה בין דמויות נקראת דיאלוג, מונולוג הוא דיבור של דמות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היבריס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הוראות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כל יודע אינו דמות בעלילה ויודע הכול, ואילו מספר מעורב הוא דמות בעלילה ויודע רק את מה שראה, שמע או 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מצב שבו הקהל יודע משהו שהדמות אינה יודעת, למשל כשהצופים מבינים סכנה שהגיבור אינו מודע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 או תכונה מוגזמת באופי הגיבור, שאינה רשעות, אשר מניעה את השתלשלות האסון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מונח קיים, הגדיר אותו נכון והביא דוגמה רלוונטית מיצירה שנלמדה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דימוי (עם מילת השוואה) למטפורה (בלי)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הכוללת טעות או תכונה מוגזמת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ותמציתי של מונח דרמטי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תחומי תוכן ולעבוד בקבוצות, כל קבוצה על תחום אחר (שירה, ימי הביניים, סיפור, 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ההגדרות המדויקות לפני המעבר למטלות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להסתפק בפריטים שאינם 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בספרות. המילים האלה עוזרות להבין שירים, סיפורים ומחזות.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בשיר, לא בהכרח המשורר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שבה משתנה הכיוון בשיר או בעלילה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גיבור טרגי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שבגלל טעות מביאה על עצמה אסון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קתרזיס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שחרור רגשי שהצופה חש בסוף הטרגדיה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מוחשי שמייצג רעיון מופשט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שנאמר למה שקורה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ארוך של דמות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 -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להשוואה בלי המילה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בסוף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'מדבר' בתוך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המשורר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הקול המדבר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הנמען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קורא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נראית חריזה שבה שורה 1 מתחברת לשורה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טור מתחרז עם הטור שאחריו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טור 1 מתחרז עם טור 3 וטור 2 עם טור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הטורים מתחרזים זה עם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כששתי שורות בנויות באותה צורה?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טורים בעלי מבנה תחבירי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ללא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כפול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משתמשים במילה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השוואה ובמטפורה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במטפורה יש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מופיע רק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כשאותה מילה חוזרת בתחילת כמה שורות?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פנימית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טורים רצופים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בין שני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כמותי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שירת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חרוז אחד שחוזר בסוף כל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שירת קודש (פיוט)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מילים בעלות צליל דומה ומשמעות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דלת וסוגר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שירה שעוסקת בקשר בין האדם לאל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חרוז מבריח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חצאי השורה בשיר הספרדי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שירה לאירועי החיים כמו יין ואהבה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נכון: סיפור קצר ודרמה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כל יודע הוא תמיד דמות בתוך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מציגה את הרקע, הדמויות והזמן לפני שהעלילה מסתבכת.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פתוח פותר את כל השאלות שהעלילה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גיבור טרגי הוא דמות רעה ביסודה.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קתרזיס הוא השחרור הרגשי שהצופה חש בסוף הטרגדיה.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מונולוג הוא שיחה בין שתי דמויות או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הקול המדבר בשיר, ואינו בהכרח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התייחסות קצרה בשיר לטקסט, לדמות או לאירוע מוכרים.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נקודת המתח הגבוהה ביותר בעלילה, שאחריה מגיעה ההתרה.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יהירות וגאווה מופרזת שמביאה לעונש בטרגדיה היוונית.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הן הערות המחזאי המתארות תפאורה, תנועה וטון דיבור על הבמה.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מספר כל יודע למספר מעורב?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אירוניה דרמטית? תנו דוגמה כללית.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חטא טרגי (המרטיה)?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מונח אחד מתוך הדף (למשל סמל, מוטיב, תפנית או אירוניה) והסבירו כיצד הוא יכול לבוא לידי ביטוי ביצירה שלמדתם, עם דוגמה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מטפורה, ובמה היא שונה מדימוי?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גיבור טרגי ומהו החטא הטרגי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למונח אחד מתחום הדרמה והסבירו אותו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מונחים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